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360"/>
        <w:jc w:val="center"/>
      </w:pPr>
      <w:r>
        <w:rPr>
          <w:rFonts w:ascii="Malgun Gothic" w:hAnsi="Malgun Gothic" w:eastAsia="맑은 고딕"/>
          <w:b/>
          <w:sz w:val="48"/>
        </w:rPr>
        <w:t>사 직 서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54"/>
        <w:gridCol w:w="7030"/>
      </w:tblGrid>
      <w:tr>
        <w:trPr>
          <w:trHeight w:val="737"/>
        </w:trPr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  <w:shd w:fill="EAF2F8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20"/>
              </w:rPr>
              <w:t>성명</w:t>
            </w:r>
          </w:p>
        </w:tc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</w:tcPr>
          <w:p>
            <w:pPr>
              <w:jc w:val="left"/>
            </w:pPr>
            <w:r>
              <w:rPr>
                <w:rFonts w:ascii="Malgun Gothic" w:hAnsi="Malgun Gothic" w:eastAsia="맑은 고딕"/>
                <w:b w:val="0"/>
                <w:sz w:val="21"/>
              </w:rPr>
            </w:r>
          </w:p>
        </w:tc>
      </w:tr>
      <w:tr>
        <w:trPr>
          <w:trHeight w:val="737"/>
        </w:trPr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  <w:shd w:fill="EAF2F8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20"/>
              </w:rPr>
              <w:t>소속 또는 부서</w:t>
            </w:r>
          </w:p>
        </w:tc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</w:tcPr>
          <w:p>
            <w:pPr>
              <w:jc w:val="left"/>
            </w:pPr>
            <w:r>
              <w:rPr>
                <w:rFonts w:ascii="Malgun Gothic" w:hAnsi="Malgun Gothic" w:eastAsia="맑은 고딕"/>
                <w:b w:val="0"/>
                <w:sz w:val="21"/>
              </w:rPr>
            </w:r>
          </w:p>
        </w:tc>
      </w:tr>
      <w:tr>
        <w:trPr>
          <w:trHeight w:val="737"/>
        </w:trPr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  <w:shd w:fill="EAF2F8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20"/>
              </w:rPr>
              <w:t>직위</w:t>
            </w:r>
          </w:p>
        </w:tc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</w:tcPr>
          <w:p>
            <w:pPr>
              <w:jc w:val="left"/>
            </w:pPr>
            <w:r>
              <w:rPr>
                <w:rFonts w:ascii="Malgun Gothic" w:hAnsi="Malgun Gothic" w:eastAsia="맑은 고딕"/>
                <w:b w:val="0"/>
                <w:sz w:val="21"/>
              </w:rPr>
            </w:r>
          </w:p>
        </w:tc>
      </w:tr>
      <w:tr>
        <w:trPr>
          <w:trHeight w:val="737"/>
        </w:trPr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  <w:shd w:fill="EAF2F8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20"/>
              </w:rPr>
              <w:t>사직 희망일</w:t>
            </w:r>
          </w:p>
        </w:tc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</w:tcPr>
          <w:p>
            <w:pPr>
              <w:jc w:val="left"/>
            </w:pPr>
            <w:r>
              <w:rPr>
                <w:rFonts w:ascii="Malgun Gothic" w:hAnsi="Malgun Gothic" w:eastAsia="맑은 고딕"/>
                <w:b w:val="0"/>
                <w:sz w:val="21"/>
              </w:rPr>
              <w:t xml:space="preserve">        년     월     일</w:t>
            </w:r>
          </w:p>
        </w:tc>
      </w:tr>
      <w:tr>
        <w:trPr>
          <w:trHeight w:val="1247"/>
        </w:trPr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  <w:shd w:fill="EAF2F8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20"/>
              </w:rPr>
              <w:t>사직 사유</w:t>
            </w:r>
          </w:p>
        </w:tc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</w:tcPr>
          <w:p>
            <w:pPr>
              <w:jc w:val="left"/>
            </w:pPr>
            <w:r>
              <w:rPr>
                <w:rFonts w:ascii="Malgun Gothic" w:hAnsi="Malgun Gothic" w:eastAsia="맑은 고딕"/>
                <w:b w:val="0"/>
                <w:sz w:val="21"/>
              </w:rPr>
              <w:t>일신상의 사유로 사직하고자 합니다.</w:t>
            </w:r>
          </w:p>
        </w:tc>
      </w:tr>
      <w:tr>
        <w:trPr>
          <w:trHeight w:val="737"/>
        </w:trPr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  <w:shd w:fill="EAF2F8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20"/>
              </w:rPr>
              <w:t>작성일</w:t>
            </w:r>
          </w:p>
        </w:tc>
        <w:tc>
          <w:tcPr>
            <w:tcW w:type="dxa" w:w="4706"/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  <w:insideH w:val="single" w:sz="8" w:color="B7B7B7"/>
              <w:insideV w:val="single" w:sz="8" w:color="B7B7B7"/>
            </w:tcBorders>
            <w:vAlign w:val="center"/>
          </w:tcPr>
          <w:p>
            <w:pPr>
              <w:jc w:val="left"/>
            </w:pPr>
            <w:r>
              <w:rPr>
                <w:rFonts w:ascii="Malgun Gothic" w:hAnsi="Malgun Gothic" w:eastAsia="맑은 고딕"/>
                <w:b w:val="0"/>
                <w:sz w:val="21"/>
              </w:rPr>
              <w:t xml:space="preserve">        년     월     일</w:t>
            </w:r>
          </w:p>
        </w:tc>
      </w:tr>
    </w:tbl>
    <w:p>
      <w:pPr>
        <w:spacing w:before="440" w:after="200"/>
        <w:jc w:val="center"/>
      </w:pPr>
      <w:r>
        <w:rPr>
          <w:rFonts w:ascii="Malgun Gothic" w:hAnsi="Malgun Gothic" w:eastAsia="맑은 고딕"/>
          <w:b w:val="0"/>
          <w:sz w:val="22"/>
        </w:rPr>
        <w:t>위와 같이 사직서를 제출합니다.</w:t>
      </w:r>
    </w:p>
    <w:p>
      <w:pPr>
        <w:spacing w:before="400"/>
        <w:jc w:val="right"/>
      </w:pPr>
      <w:r>
        <w:rPr>
          <w:rFonts w:ascii="Malgun Gothic" w:hAnsi="Malgun Gothic" w:eastAsia="맑은 고딕"/>
          <w:b w:val="0"/>
          <w:sz w:val="22"/>
        </w:rPr>
        <w:t>성명:                         (서명 또는 인)</w:t>
      </w:r>
    </w:p>
    <w:p>
      <w:pPr>
        <w:spacing w:before="600"/>
        <w:jc w:val="center"/>
      </w:pPr>
      <w:r>
        <w:rPr>
          <w:rFonts w:ascii="Malgun Gothic" w:hAnsi="Malgun Gothic" w:eastAsia="맑은 고딕"/>
          <w:b/>
          <w:sz w:val="26"/>
        </w:rPr>
        <w:t>____________________________ 귀중</w:t>
      </w:r>
    </w:p>
    <w:p>
      <w:pPr>
        <w:spacing w:before="360" w:line="300" w:lineRule="auto"/>
      </w:pPr>
      <w:r>
        <w:rPr>
          <w:rFonts w:ascii="Malgun Gothic" w:hAnsi="Malgun Gothic" w:eastAsia="맑은 고딕"/>
          <w:b w:val="0"/>
          <w:sz w:val="17"/>
        </w:rPr>
        <w:t>작성 안내: 회사 지정 양식과 제출 절차가 있다면 그 기준을 우선 확인하세요. 사직 희망일은 회사와 협의된 근로관계 종료일을 적고, 작성일은 실제 제출 문서를 작성한 날을 적습니다. 이 양식은 일반적인 기본형이며 개별 근로계약이나 취업규칙에 따른 절차를 대신하지 않습니다.</w:t>
      </w:r>
    </w:p>
    <w:sectPr w:rsidR="00FC693F" w:rsidRPr="0006063C" w:rsidSect="00034616">
      <w:pgSz w:w="11906" w:h="16838"/>
      <w:pgMar w:top="1134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사직서 양식</dc:title>
  <dc:subject>개인 근로자용 기본 사직서</dc:subject>
  <dc:creator>생활정보연구소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